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סיפור בקוביות: דמות, מקום, בעיה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כתיבת פתיחת סיפור מתוך שלוש הגרלות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30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עולים · יסודי / חט״ב / תיכון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🔗 הפעילות באתר: https://kubiyot-lemida.sites.tab.bot/luach-sipur-a.html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אפשר לעבוד על הדף בתחנה, אחרי סבב גלגולים, או כשיעורי בית.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בלוח הסיפור מגלגלים לכל עמודה בנפרד.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לוח המשימות והקוביה לקיפול – בעמוד הלוח באתר.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בגרסה זו: שפה פשוטה ומשפטים קצרים, ומילון קטן בתחילת הדף. מומלץ לעבור על המילון יחד לפני התרגול.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נושא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תשובות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מיינו לטבלה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דמות: סבא שמתקן אופניים, ממציאה צעירה, כלב שמבין שפת אדם   מקום: ספרייה ישנה, שוק צבעוני, חוף ים בשקיעה   בעיה: המפתח נעלם, סערה מתקרבת, שער שלא נפתח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סדרו לפי הסדר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1) פתיחה: מי, איפה ומתי   2) בעיה מתחילה   3) ניסיונות לפתור   4) שיא – הרגע המותח   5) פתרון   6) סיום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בחרו את התשובה הנכונה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1) א – דמות, מקום ובעיה   2) א – רגע שבו מתחילה בעיה   3) א – הדרך שבה הבעיה נפתרת   4) א – "בדיוק בחצות נדלק אור בספרייה הנעולה."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גלגלו ובצעו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1) לפי מה שיצא בקוביה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ה׳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כותבים סיפור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יש דמות, מקום ובעיה מהקוביה; רצף ברור; פתרון; משפטים שלמים וסימני פיסוק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📖 סיפור בקוביות: דמות, מקום, בעיה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תרגלו את מה שעשיתם בתחנת הקוביות: כתיבת פתיחת סיפור מתוך שלוש הגרלות.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📖 מילון קטן – מילים חשובות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מילה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הסבר פשוט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דמות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👤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מי בסיפור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מקום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📍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איפה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בעיה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⚡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לא בסדר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סיפור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📖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קרה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פתרון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✅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איך מתקנים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מיינו לטבלה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כתבו כל מילה בעמודה המתאימה.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בנק מילים: סערה מתקרבת  |  חוף ים בשקיעה  |  שוק צבעוני  |  המפתח נעלם  |  סבא שמתקן אופניים  |  שער שלא נפתח  |  ממציאה צעירה  |  כלב שמבין שפת אדם  |  ספרייה ישנה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דמות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מקום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בעיה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סדרו לפי הסדר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מספרו את השלבים לפי הסדר הנכון (1 = ראשון).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מספר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שלב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פתרון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שיא – הרגע המותח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פתיחה: מי, איפה ומתי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סיום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ניסיונות לפתור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בעיה מתחילה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בחרו את התשובה הנכונה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הקיפו את התשובה הנכונה.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מה חייב להיות בכל סיפור?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דמות, מקום ובעיה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רק תמונה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רשימת מילים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"פתאום נשמעה דפיקה בדלת" מתאים ל: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רגע שבו מתחילה בעיה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סוף הסיפור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תיאור מקום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3. מהו פתרון?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הדרך שבה הבעיה נפתרת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שם הסיפור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הדמות הראשית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4. איזו פתיחה מסקרנת יותר?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"בדיוק בחצות נדלק אור בספרייה הנעולה."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"היה יום."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"זה סיפור."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גלגלו ובצעו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גלגלו את הקוביה (קוביית נייר או הקוביה באתר) ובצעו את המשימה מהלוח.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גלגלו 3 פעמים: כתבו מה יצא בכל עמודה – דמות, מקום, בעיה.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ה׳ – כותבים סיפור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גלגלו את הקוביה וכתבו סיפור קצר (8–10 משפטים) עם מה שיצא לכם.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פתיחה: מי, איפה ומתי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בעיה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ניסיון לפתור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פתרון וסיום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משימה אחת שעשיתי היום בקוביה: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משהו שעוד קשה לי: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איך הרגשתי בתחנה?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סיפור בקוביות: דמות, מקום, בעיה – דף תרגול (עולים)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