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שורש ומשפחת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שורש ובניית משפחות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https://kubiyot-lemida.sites.tab.bot/luach-shorashim.html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מוצאים שורש; 2 – משפחת מילים; 3 – מילה חדשה; 4 – שורש במשפט; 5 – שורש סודי;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ש־ת־ל: שתלה, שתיל, משתלה   ע־ז־ר: עזרה, לעזור, עוזרת   ג־ד־ל: גדול, גידול, מגדלים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ז־מ־ן   2) ג – ספל   3) א – פ־ג־ש   4) א – מכתב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מילה – מ־ל־ל; מילא – מ־ל־א   2) נכון   3) לא נכון – לשורש מצטרפות אותיות נוספות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שורש ומשפחת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שורש ובניית משפחות 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שמהן נבנות מילים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משפחת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👨‍👩‍👧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מאותו 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א, ב, ג…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המילה אומרת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🗨️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גינה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מגדלים  |  שתלה  |  משתלה  |  גידול  |  שתיל  |  לעזור  |  עזרה  |  גדול  |  עוזרת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ש־ת־ל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ע־ז־ר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ג־ד־ל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"מוזמן"?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ז־מ־ן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מ־ו־ז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ז־מ־ה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מילה אינה ממשפחת ס־פ־ר?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"נפגשים"?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ג־ש־מ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מילה ממשפחת כ־ת־ב?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כיתה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"מִלָּה" ו"מִלֵּא" הן מאותו 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"שומר", "משמרת" ו"שמירה" הן מאותו 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מילה בעברית בנויה רק מ־3 אותיות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"תלמיד" ו"לימוד" הן מהשורש ל־מ־ד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(שורש ומשפחת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שורש ומשפחת מילים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